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3D6B58"/>
          <w:sz w:val="19"/>
        </w:rPr>
        <w:t>MODIFIABLE REQUEST FOR PROPOSALS (RFP) TEMPLATE  |  VNA-RFP-041</w:t>
      </w:r>
    </w:p>
    <w:p>
      <w:pPr>
        <w:pStyle w:val="Heading1"/>
      </w:pPr>
      <w:r>
        <w:rPr>
          <w:color w:val="1E2620"/>
        </w:rPr>
        <w:t>Request for Proposals (RFP): Public Sector &amp; SLED Fast-Track Cooperative Procurement Hub for Oracle, APEX &amp; Cloud</w:t>
      </w:r>
    </w:p>
    <w:p>
      <w:r>
        <w:rPr>
          <w:sz w:val="20"/>
        </w:rPr>
        <w:t>Instructions for RFP Author: This editable Microsoft Word (.docx) document is structured so your IT, Architecture, and Procurement teams can issue a competitive, apples-to-apples Request for Proposals. Replace all bracketed placeholders ([...]) below with your organization's dates, contacts, and inventory counts.</w:t>
      </w:r>
    </w:p>
    <w:p>
      <w:pPr>
        <w:pStyle w:val="Heading2"/>
      </w:pPr>
      <w:r>
        <w:rPr>
          <w:color w:val="3D6B58"/>
        </w:rPr>
        <w:t>Section 1: Issuing Organization Profile &amp; Procurement Schedule (Editable)</w:t>
      </w:r>
    </w:p>
    <w:tbl>
      <w:tblPr>
        <w:tblStyle w:val="TableGrid"/>
        <w:tblW w:type="auto" w:w="0"/>
        <w:tblLook w:firstColumn="1" w:firstRow="1" w:lastColumn="0" w:lastRow="0" w:noHBand="0" w:noVBand="1" w:val="04A0"/>
      </w:tblPr>
      <w:tblGrid>
        <w:gridCol w:w="5040"/>
        <w:gridCol w:w="5040"/>
      </w:tblGrid>
      <w:tr>
        <w:tc>
          <w:tcPr>
            <w:tcW w:type="dxa" w:w="5040"/>
            <w:shd w:val="clear" w:color="auto" w:fill="1F2922"/>
          </w:tcPr>
          <w:p>
            <w:r>
              <w:rPr>
                <w:b/>
                <w:color w:val="FFFFFF"/>
                <w:sz w:val="19"/>
              </w:rPr>
              <w:t>Procurement Milestone / Field</w:t>
            </w:r>
          </w:p>
        </w:tc>
        <w:tc>
          <w:tcPr>
            <w:tcW w:type="dxa" w:w="5040"/>
            <w:shd w:val="clear" w:color="auto" w:fill="1F2922"/>
          </w:tcPr>
          <w:p>
            <w:r>
              <w:rPr>
                <w:b/>
                <w:color w:val="FFFFFF"/>
                <w:sz w:val="19"/>
              </w:rPr>
              <w:t>Target Date / Entry (Editable)</w:t>
            </w:r>
          </w:p>
        </w:tc>
      </w:tr>
      <w:tr>
        <w:tc>
          <w:tcPr>
            <w:tcW w:type="dxa" w:w="5040"/>
          </w:tcPr>
          <w:p>
            <w:r>
              <w:rPr>
                <w:b/>
              </w:rPr>
              <w:t>Issuing Organization Name</w:t>
            </w:r>
          </w:p>
        </w:tc>
        <w:tc>
          <w:tcPr>
            <w:tcW w:type="dxa" w:w="5040"/>
          </w:tcPr>
          <w:p>
            <w:r>
              <w:t>[Insert Legal Entity / Company Name]</w:t>
            </w:r>
          </w:p>
        </w:tc>
      </w:tr>
      <w:tr>
        <w:tc>
          <w:tcPr>
            <w:tcW w:type="dxa" w:w="5040"/>
          </w:tcPr>
          <w:p>
            <w:r>
              <w:rPr>
                <w:b/>
              </w:rPr>
              <w:t>Executive Sponsor &amp; Procurement Contact</w:t>
            </w:r>
          </w:p>
        </w:tc>
        <w:tc>
          <w:tcPr>
            <w:tcW w:type="dxa" w:w="5040"/>
          </w:tcPr>
          <w:p>
            <w:r>
              <w:t>[Insert Name, Title, Work Email &amp; Phone]</w:t>
            </w:r>
          </w:p>
        </w:tc>
      </w:tr>
      <w:tr>
        <w:tc>
          <w:tcPr>
            <w:tcW w:type="dxa" w:w="5040"/>
          </w:tcPr>
          <w:p>
            <w:r>
              <w:rPr>
                <w:b/>
              </w:rPr>
              <w:t>RFP Reference Code</w:t>
            </w:r>
          </w:p>
        </w:tc>
        <w:tc>
          <w:tcPr>
            <w:tcW w:type="dxa" w:w="5040"/>
          </w:tcPr>
          <w:p>
            <w:r>
              <w:t>VNA-RFP-041 (Companion to Solution Brief VNA-SB-041)</w:t>
            </w:r>
          </w:p>
        </w:tc>
      </w:tr>
      <w:tr>
        <w:tc>
          <w:tcPr>
            <w:tcW w:type="dxa" w:w="5040"/>
          </w:tcPr>
          <w:p>
            <w:r>
              <w:rPr>
                <w:b/>
              </w:rPr>
              <w:t>RFP Issue Date</w:t>
            </w:r>
          </w:p>
        </w:tc>
        <w:tc>
          <w:tcPr>
            <w:tcW w:type="dxa" w:w="5040"/>
          </w:tcPr>
          <w:p>
            <w:r>
              <w:t>[2026-10-30]</w:t>
            </w:r>
          </w:p>
        </w:tc>
      </w:tr>
      <w:tr>
        <w:tc>
          <w:tcPr>
            <w:tcW w:type="dxa" w:w="5040"/>
          </w:tcPr>
          <w:p>
            <w:r>
              <w:rPr>
                <w:b/>
              </w:rPr>
              <w:t>Vendor Written Questions Due</w:t>
            </w:r>
          </w:p>
        </w:tc>
        <w:tc>
          <w:tcPr>
            <w:tcW w:type="dxa" w:w="5040"/>
          </w:tcPr>
          <w:p>
            <w:r>
              <w:t>[Insert Date - Week 2]</w:t>
            </w:r>
          </w:p>
        </w:tc>
      </w:tr>
      <w:tr>
        <w:tc>
          <w:tcPr>
            <w:tcW w:type="dxa" w:w="5040"/>
          </w:tcPr>
          <w:p>
            <w:r>
              <w:rPr>
                <w:b/>
              </w:rPr>
              <w:t>Organization Responses to Vendor Q&amp;A</w:t>
            </w:r>
          </w:p>
        </w:tc>
        <w:tc>
          <w:tcPr>
            <w:tcW w:type="dxa" w:w="5040"/>
          </w:tcPr>
          <w:p>
            <w:r>
              <w:t>[Insert Date - Week 3]</w:t>
            </w:r>
          </w:p>
        </w:tc>
      </w:tr>
      <w:tr>
        <w:tc>
          <w:tcPr>
            <w:tcW w:type="dxa" w:w="5040"/>
          </w:tcPr>
          <w:p>
            <w:r>
              <w:rPr>
                <w:b/>
              </w:rPr>
              <w:t>Final Vendor Proposals &amp; Fixed-Fee Pricing Due</w:t>
            </w:r>
          </w:p>
        </w:tc>
        <w:tc>
          <w:tcPr>
            <w:tcW w:type="dxa" w:w="5040"/>
          </w:tcPr>
          <w:p>
            <w:r>
              <w:t>[Insert Date - Week 4]</w:t>
            </w:r>
          </w:p>
        </w:tc>
      </w:tr>
      <w:tr>
        <w:tc>
          <w:tcPr>
            <w:tcW w:type="dxa" w:w="5040"/>
          </w:tcPr>
          <w:p>
            <w:r>
              <w:rPr>
                <w:b/>
              </w:rPr>
              <w:t>Technical Architecture Demos / Oral Presentations</w:t>
            </w:r>
          </w:p>
        </w:tc>
        <w:tc>
          <w:tcPr>
            <w:tcW w:type="dxa" w:w="5040"/>
          </w:tcPr>
          <w:p>
            <w:r>
              <w:t>[Insert Date - Week 5]</w:t>
            </w:r>
          </w:p>
        </w:tc>
      </w:tr>
      <w:tr>
        <w:tc>
          <w:tcPr>
            <w:tcW w:type="dxa" w:w="5040"/>
          </w:tcPr>
          <w:p>
            <w:r>
              <w:rPr>
                <w:b/>
              </w:rPr>
              <w:t>Target Contract Award &amp; Phase 0 Kickoff</w:t>
            </w:r>
          </w:p>
        </w:tc>
        <w:tc>
          <w:tcPr>
            <w:tcW w:type="dxa" w:w="5040"/>
          </w:tcPr>
          <w:p>
            <w:r>
              <w:t>[Insert Date - Week 6]</w:t>
            </w:r>
          </w:p>
        </w:tc>
      </w:tr>
    </w:tbl>
    <w:p>
      <w:r>
        <w:t>[INSERT COMPANY NAME] ('Organization') is soliciting competitive proposals from qualified enterprise architecture and engineering partners to modernize and transition our current 9-to-12 Month Formal RFP Delays Stalling Urgent County, Municipal, ISD &amp; State IT Projects environment to Pre-Competed Cooperative Contract Vehicles (TX DIR DBITS / Choice Partners / Interlocal SOW).</w:t>
      </w:r>
    </w:p>
    <w:p>
      <w:pPr>
        <w:pStyle w:val="ListBullet"/>
      </w:pPr>
      <w:r>
        <w:t>Critical business operations remain trapped in 9-to-12 Month Formal RFP Delays Stalling Urgent County, Municipal, ISD &amp; State IT Projects, creating audit risk, manual reconciliation overhead, and rising support costs.</w:t>
      </w:r>
    </w:p>
    <w:p>
      <w:pPr>
        <w:pStyle w:val="ListBullet"/>
      </w:pPr>
      <w:r>
        <w:t>Duplicate queries, cloned reports, and undocumented triggers make impact analysis slow and expensive across legacy screens, reports &amp; interfaces in scope.</w:t>
      </w:r>
    </w:p>
    <w:p>
      <w:pPr>
        <w:pStyle w:val="ListBullet"/>
      </w:pPr>
      <w:r>
        <w:t>Lack of automated binary-to-database metadata mapping causes traditional consulting shops to pad estimates with 40% manual discovery buffers.</w:t>
      </w:r>
    </w:p>
    <w:p>
      <w:pPr>
        <w:pStyle w:val="ListBullet"/>
      </w:pPr>
      <w:r>
        <w:t>Leadership needs a predictable, fixed-fee phased timeline with verifiable test specifications and zero-downtime cutover guarantees.</w:t>
      </w:r>
    </w:p>
    <w:p>
      <w:pPr>
        <w:pStyle w:val="Heading2"/>
      </w:pPr>
      <w:r>
        <w:rPr>
          <w:color w:val="3D6B58"/>
        </w:rPr>
        <w:t>Section 2: Current Environment Baseline Inventory (Editable)</w:t>
      </w:r>
    </w:p>
    <w:tbl>
      <w:tblPr>
        <w:tblStyle w:val="TableGrid"/>
        <w:tblW w:type="auto" w:w="0"/>
        <w:tblLook w:firstColumn="1" w:firstRow="1" w:lastColumn="0" w:lastRow="0" w:noHBand="0" w:noVBand="1" w:val="04A0"/>
      </w:tblPr>
      <w:tblGrid>
        <w:gridCol w:w="3360"/>
        <w:gridCol w:w="3360"/>
        <w:gridCol w:w="3360"/>
      </w:tblGrid>
      <w:tr>
        <w:tc>
          <w:tcPr>
            <w:tcW w:type="dxa" w:w="3360"/>
            <w:shd w:val="clear" w:color="auto" w:fill="3D6B58"/>
          </w:tcPr>
          <w:p>
            <w:r>
              <w:rPr>
                <w:b/>
                <w:color w:val="FFFFFF"/>
                <w:sz w:val="19"/>
              </w:rPr>
              <w:t>Inventory Dimension</w:t>
            </w:r>
          </w:p>
        </w:tc>
        <w:tc>
          <w:tcPr>
            <w:tcW w:type="dxa" w:w="3360"/>
            <w:shd w:val="clear" w:color="auto" w:fill="3D6B58"/>
          </w:tcPr>
          <w:p>
            <w:r>
              <w:rPr>
                <w:b/>
                <w:color w:val="FFFFFF"/>
                <w:sz w:val="19"/>
              </w:rPr>
              <w:t>Current Baseline Footprint (Editable)</w:t>
            </w:r>
          </w:p>
        </w:tc>
        <w:tc>
          <w:tcPr>
            <w:tcW w:type="dxa" w:w="3360"/>
            <w:shd w:val="clear" w:color="auto" w:fill="3D6B58"/>
          </w:tcPr>
          <w:p>
            <w:r>
              <w:rPr>
                <w:b/>
                <w:color w:val="FFFFFF"/>
                <w:sz w:val="19"/>
              </w:rPr>
              <w:t>Target Modernization SLA / Objective</w:t>
            </w:r>
          </w:p>
        </w:tc>
      </w:tr>
      <w:tr>
        <w:tc>
          <w:tcPr>
            <w:tcW w:type="dxa" w:w="3360"/>
          </w:tcPr>
          <w:p>
            <w:r>
              <w:rPr>
                <w:b/>
              </w:rPr>
              <w:t>Legacy Source Stack (Stack X)</w:t>
            </w:r>
          </w:p>
        </w:tc>
        <w:tc>
          <w:tcPr>
            <w:tcW w:type="dxa" w:w="3360"/>
          </w:tcPr>
          <w:p>
            <w:r>
              <w:t>9-to-12 Month Formal RFP Delays Stalling Urgent County, Municipal, ISD &amp; State IT Projects</w:t>
            </w:r>
          </w:p>
        </w:tc>
        <w:tc>
          <w:tcPr>
            <w:tcW w:type="dxa" w:w="3360"/>
          </w:tcPr>
          <w:p>
            <w:r>
              <w:t>Full retirement / modernization</w:t>
            </w:r>
          </w:p>
        </w:tc>
      </w:tr>
      <w:tr>
        <w:tc>
          <w:tcPr>
            <w:tcW w:type="dxa" w:w="3360"/>
          </w:tcPr>
          <w:p>
            <w:r>
              <w:rPr>
                <w:b/>
              </w:rPr>
              <w:t>Target Architecture (Stack Y)</w:t>
            </w:r>
          </w:p>
        </w:tc>
        <w:tc>
          <w:tcPr>
            <w:tcW w:type="dxa" w:w="3360"/>
          </w:tcPr>
          <w:p>
            <w:r>
              <w:t>Pre-Competed Cooperative Contract Vehicles (TX DIR DBITS / Choice Partners / Interlocal SOW)</w:t>
            </w:r>
          </w:p>
        </w:tc>
        <w:tc>
          <w:tcPr>
            <w:tcW w:type="dxa" w:w="3360"/>
          </w:tcPr>
          <w:p>
            <w:r>
              <w:t>Production HA/DR &amp; security governance</w:t>
            </w:r>
          </w:p>
        </w:tc>
      </w:tr>
      <w:tr>
        <w:tc>
          <w:tcPr>
            <w:tcW w:type="dxa" w:w="3360"/>
          </w:tcPr>
          <w:p>
            <w:r>
              <w:rPr>
                <w:b/>
              </w:rPr>
              <w:t>Target Modernization Modules / Workstreams</w:t>
            </w:r>
          </w:p>
        </w:tc>
        <w:tc>
          <w:tcPr>
            <w:tcW w:type="dxa" w:w="3360"/>
          </w:tcPr>
          <w:p>
            <w:r>
              <w:t>[Insert Count, e.g., 4 workstreams]</w:t>
            </w:r>
          </w:p>
        </w:tc>
        <w:tc>
          <w:tcPr>
            <w:tcW w:type="dxa" w:w="3360"/>
          </w:tcPr>
          <w:p>
            <w:r>
              <w:t>100% functional parity &amp; optimization</w:t>
            </w:r>
          </w:p>
        </w:tc>
      </w:tr>
      <w:tr>
        <w:tc>
          <w:tcPr>
            <w:tcW w:type="dxa" w:w="3360"/>
          </w:tcPr>
          <w:p>
            <w:r>
              <w:rPr>
                <w:b/>
              </w:rPr>
              <w:t>Legacy Screens, Reports &amp; Interfaces in Scope</w:t>
            </w:r>
          </w:p>
        </w:tc>
        <w:tc>
          <w:tcPr>
            <w:tcW w:type="dxa" w:w="3360"/>
          </w:tcPr>
          <w:p>
            <w:r>
              <w:t>[Insert Count, e.g., 160 scoped objects]</w:t>
            </w:r>
          </w:p>
        </w:tc>
        <w:tc>
          <w:tcPr>
            <w:tcW w:type="dxa" w:w="3360"/>
          </w:tcPr>
          <w:p>
            <w:r>
              <w:t>Automated AST &amp; schema uplift</w:t>
            </w:r>
          </w:p>
        </w:tc>
      </w:tr>
      <w:tr>
        <w:tc>
          <w:tcPr>
            <w:tcW w:type="dxa" w:w="3360"/>
          </w:tcPr>
          <w:p>
            <w:r>
              <w:rPr>
                <w:b/>
              </w:rPr>
              <w:t>Procurement &amp; Legal Cycle Compression</w:t>
            </w:r>
          </w:p>
        </w:tc>
        <w:tc>
          <w:tcPr>
            <w:tcW w:type="dxa" w:w="3360"/>
          </w:tcPr>
          <w:p>
            <w:r>
              <w:t>[Insert Count, e.g., 80 % faster award]</w:t>
            </w:r>
          </w:p>
        </w:tc>
        <w:tc>
          <w:tcPr>
            <w:tcW w:type="dxa" w:w="3360"/>
          </w:tcPr>
          <w:p>
            <w:r>
              <w:t>Target rationalization / SLA</w:t>
            </w:r>
          </w:p>
        </w:tc>
      </w:tr>
      <w:tr>
        <w:tc>
          <w:tcPr>
            <w:tcW w:type="dxa" w:w="3360"/>
          </w:tcPr>
          <w:p>
            <w:r>
              <w:rPr>
                <w:b/>
              </w:rPr>
              <w:t>Target Cutover Downtime Window</w:t>
            </w:r>
          </w:p>
        </w:tc>
        <w:tc>
          <w:tcPr>
            <w:tcW w:type="dxa" w:w="3360"/>
          </w:tcPr>
          <w:p>
            <w:r>
              <w:t>[e.g., &lt; 15 Minutes / Near-Zero Downtime]</w:t>
            </w:r>
          </w:p>
        </w:tc>
        <w:tc>
          <w:tcPr>
            <w:tcW w:type="dxa" w:w="3360"/>
          </w:tcPr>
          <w:p>
            <w:r>
              <w:t>Rehearsed parallel run + rollback plan</w:t>
            </w:r>
          </w:p>
        </w:tc>
      </w:tr>
      <w:tr>
        <w:tc>
          <w:tcPr>
            <w:tcW w:type="dxa" w:w="3360"/>
          </w:tcPr>
          <w:p>
            <w:r>
              <w:rPr>
                <w:b/>
              </w:rPr>
              <w:t>Security, Compliance &amp; Identity</w:t>
            </w:r>
          </w:p>
        </w:tc>
        <w:tc>
          <w:tcPr>
            <w:tcW w:type="dxa" w:w="3360"/>
          </w:tcPr>
          <w:p>
            <w:r>
              <w:t>[e.g., SSO/MFA via Entra ID / Okta, Row-Level VPD]</w:t>
            </w:r>
          </w:p>
        </w:tc>
        <w:tc>
          <w:tcPr>
            <w:tcW w:type="dxa" w:w="3360"/>
          </w:tcPr>
          <w:p>
            <w:r>
              <w:t>Zero critical/high CVEs at Go-Live</w:t>
            </w:r>
          </w:p>
        </w:tc>
      </w:tr>
    </w:tbl>
    <w:p>
      <w:pPr>
        <w:pStyle w:val="Heading2"/>
      </w:pPr>
      <w:r>
        <w:rPr>
          <w:color w:val="3D6B58"/>
        </w:rPr>
        <w:t>Section 3: Mandatory Technical Scope of Work &amp; Conversion Matrix</w:t>
      </w:r>
    </w:p>
    <w:p>
      <w:pPr>
        <w:pStyle w:val="ListNumber"/>
      </w:pPr>
      <w:r>
        <w:rPr>
          <w:b/>
        </w:rPr>
        <w:t xml:space="preserve">[REQ-ARCH-01] </w:t>
      </w:r>
      <w:r>
        <w:t>Automated Phase 0 AST &amp; binary scan mapping 9-to-12 Month Formal RFP Delays Stalling Urgent County, Municipal, ISD &amp; State IT Projects artifacts directly to live Oracle dictionary metadata and profiling production data.</w:t>
      </w:r>
    </w:p>
    <w:p>
      <w:pPr>
        <w:pStyle w:val="ListNumber"/>
      </w:pPr>
      <w:r>
        <w:rPr>
          <w:b/>
        </w:rPr>
        <w:t xml:space="preserve">[REQ-ARCH-02] </w:t>
      </w:r>
      <w:r>
        <w:t>Target architecture built on Pre-Competed Cooperative Contract Vehicles (TX DIR DBITS / Choice Partners / Interlocal SOW), consolidating cloned queries into governed core SQL views with runtime Smart Filters.</w:t>
      </w:r>
    </w:p>
    <w:p>
      <w:pPr>
        <w:pStyle w:val="ListNumber"/>
      </w:pPr>
      <w:r>
        <w:rPr>
          <w:b/>
        </w:rPr>
        <w:t xml:space="preserve">[REQ-ARCH-03] </w:t>
      </w:r>
      <w:r>
        <w:t>Automated generation of full Business Requirements Documents (BRD), Technical Approach Docs, Testing Specifications, and Verified Test Results.</w:t>
      </w:r>
    </w:p>
    <w:p>
      <w:pPr>
        <w:pStyle w:val="ListNumber"/>
      </w:pPr>
      <w:r>
        <w:rPr>
          <w:b/>
        </w:rPr>
        <w:t xml:space="preserve">[REQ-ARCH-04] </w:t>
      </w:r>
      <w:r>
        <w:t>Zero-trust SSO/MFA (Entra ID / Okta) paired with database-enforced row-level security (VPD / RAS) and SQLcl Liquibase CI/CD pipelines.</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1F2922"/>
          </w:tcPr>
          <w:p>
            <w:r>
              <w:rPr>
                <w:b/>
                <w:color w:val="FFFFFF"/>
                <w:sz w:val="19"/>
              </w:rPr>
              <w:t>Req ID</w:t>
            </w:r>
          </w:p>
        </w:tc>
        <w:tc>
          <w:tcPr>
            <w:tcW w:type="dxa" w:w="2520"/>
            <w:shd w:val="clear" w:color="auto" w:fill="1F2922"/>
          </w:tcPr>
          <w:p>
            <w:r>
              <w:rPr>
                <w:b/>
                <w:color w:val="FFFFFF"/>
                <w:sz w:val="19"/>
              </w:rPr>
              <w:t>Legacy Artifact / Baseline Workload</w:t>
            </w:r>
          </w:p>
        </w:tc>
        <w:tc>
          <w:tcPr>
            <w:tcW w:type="dxa" w:w="2520"/>
            <w:shd w:val="clear" w:color="auto" w:fill="1F2922"/>
          </w:tcPr>
          <w:p>
            <w:r>
              <w:rPr>
                <w:b/>
                <w:color w:val="FFFFFF"/>
                <w:sz w:val="19"/>
              </w:rPr>
              <w:t>Required Target Architecture</w:t>
            </w:r>
          </w:p>
        </w:tc>
        <w:tc>
          <w:tcPr>
            <w:tcW w:type="dxa" w:w="2520"/>
            <w:shd w:val="clear" w:color="auto" w:fill="1F2922"/>
          </w:tcPr>
          <w:p>
            <w:r>
              <w:rPr>
                <w:b/>
                <w:color w:val="FFFFFF"/>
                <w:sz w:val="19"/>
              </w:rPr>
              <w:t>Engineering Method &amp; Acceptance Gate</w:t>
            </w:r>
          </w:p>
        </w:tc>
      </w:tr>
      <w:tr>
        <w:tc>
          <w:tcPr>
            <w:tcW w:type="dxa" w:w="2520"/>
          </w:tcPr>
          <w:p>
            <w:r>
              <w:rPr>
                <w:b/>
              </w:rPr>
              <w:t>REQ-01</w:t>
            </w:r>
          </w:p>
        </w:tc>
        <w:tc>
          <w:tcPr>
            <w:tcW w:type="dxa" w:w="2520"/>
          </w:tcPr>
          <w:p>
            <w:r>
              <w:t>Source Tier: 9-to-12 Month Formal RFP Delays Stalling Urgent County, Municipal, ISD &amp; State IT Projects</w:t>
            </w:r>
          </w:p>
        </w:tc>
        <w:tc>
          <w:tcPr>
            <w:tcW w:type="dxa" w:w="2520"/>
          </w:tcPr>
          <w:p>
            <w:r>
              <w:t>Pre-Competed Cooperative Contract Vehicles (TX DIR DBITS / Choice Partners / Interlocal SOW)</w:t>
            </w:r>
          </w:p>
        </w:tc>
        <w:tc>
          <w:tcPr>
            <w:tcW w:type="dxa" w:w="2520"/>
          </w:tcPr>
          <w:p>
            <w:r>
              <w:t>Automated AST &amp; Metadata Uplift (85%-95%)</w:t>
            </w:r>
          </w:p>
        </w:tc>
      </w:tr>
      <w:tr>
        <w:tc>
          <w:tcPr>
            <w:tcW w:type="dxa" w:w="2520"/>
          </w:tcPr>
          <w:p>
            <w:r>
              <w:rPr>
                <w:b/>
              </w:rPr>
              <w:t>REQ-02</w:t>
            </w:r>
          </w:p>
        </w:tc>
        <w:tc>
          <w:tcPr>
            <w:tcW w:type="dxa" w:w="2520"/>
          </w:tcPr>
          <w:p>
            <w:r>
              <w:t>Primary Footprint: Target Modernization Modules / Workstreams</w:t>
            </w:r>
          </w:p>
        </w:tc>
        <w:tc>
          <w:tcPr>
            <w:tcW w:type="dxa" w:w="2520"/>
          </w:tcPr>
          <w:p>
            <w:r>
              <w:t>Oracle APEX 24.2 Redwood UI + PL/SQL APIs</w:t>
            </w:r>
          </w:p>
        </w:tc>
        <w:tc>
          <w:tcPr>
            <w:tcW w:type="dxa" w:w="2520"/>
          </w:tcPr>
          <w:p>
            <w:r>
              <w:t>Binary-to-DB Metadata Mapping + Pilot Sprint</w:t>
            </w:r>
          </w:p>
        </w:tc>
      </w:tr>
      <w:tr>
        <w:tc>
          <w:tcPr>
            <w:tcW w:type="dxa" w:w="2520"/>
          </w:tcPr>
          <w:p>
            <w:r>
              <w:rPr>
                <w:b/>
              </w:rPr>
              <w:t>REQ-03</w:t>
            </w:r>
          </w:p>
        </w:tc>
        <w:tc>
          <w:tcPr>
            <w:tcW w:type="dxa" w:w="2520"/>
          </w:tcPr>
          <w:p>
            <w:r>
              <w:t>Workload &amp; Queries: Legacy Screens, Reports &amp; Interfaces in Scope</w:t>
            </w:r>
          </w:p>
        </w:tc>
        <w:tc>
          <w:tcPr>
            <w:tcW w:type="dxa" w:w="2520"/>
          </w:tcPr>
          <w:p>
            <w:r>
              <w:t>Canonical Core SQL Views + Runtime Smart Filters</w:t>
            </w:r>
          </w:p>
        </w:tc>
        <w:tc>
          <w:tcPr>
            <w:tcW w:type="dxa" w:w="2520"/>
          </w:tcPr>
          <w:p>
            <w:r>
              <w:t>Query Fan-Out Clustering (75%-90% Reduction)</w:t>
            </w:r>
          </w:p>
        </w:tc>
      </w:tr>
      <w:tr>
        <w:tc>
          <w:tcPr>
            <w:tcW w:type="dxa" w:w="2520"/>
          </w:tcPr>
          <w:p>
            <w:r>
              <w:rPr>
                <w:b/>
              </w:rPr>
              <w:t>REQ-04</w:t>
            </w:r>
          </w:p>
        </w:tc>
        <w:tc>
          <w:tcPr>
            <w:tcW w:type="dxa" w:w="2520"/>
          </w:tcPr>
          <w:p>
            <w:r>
              <w:t>Undocumented Legacy Business Rules &amp; QA</w:t>
            </w:r>
          </w:p>
        </w:tc>
        <w:tc>
          <w:tcPr>
            <w:tcW w:type="dxa" w:w="2520"/>
          </w:tcPr>
          <w:p>
            <w:r>
              <w:t>Auto-Generated BRD, Approach Doc, Test Specs &amp; Results</w:t>
            </w:r>
          </w:p>
        </w:tc>
        <w:tc>
          <w:tcPr>
            <w:tcW w:type="dxa" w:w="2520"/>
          </w:tcPr>
          <w:p>
            <w:r>
              <w:t>100% Automated Documentation &amp; utPLSQL / Playwright</w:t>
            </w:r>
          </w:p>
        </w:tc>
      </w:tr>
    </w:tbl>
    <w:p>
      <w:pPr>
        <w:pStyle w:val="Heading2"/>
      </w:pPr>
      <w:r>
        <w:rPr>
          <w:color w:val="3D6B58"/>
        </w:rPr>
        <w:t>Section 4: Vendor Technical Q&amp;A Questionnaire &amp; Evaluation Rubric</w:t>
      </w:r>
    </w:p>
    <w:p>
      <w:r>
        <w:t>Bidders must provide direct written responses to each question below. Evaluation committee members can grade vendor responses (0 to 10 points) using the Reference Evaluation Benchmark provided under each question.</w:t>
      </w:r>
    </w:p>
    <w:p>
      <w:r>
        <w:rPr>
          <w:b/>
        </w:rPr>
        <w:t>Vendor Question 1: What are the primary levers that control the cost of SLED Cooperative Procurement Hub (DIR / Co-Op)?   [Evaluator Score: ___ / 10]</w:t>
      </w:r>
    </w:p>
    <w:p>
      <w:pPr>
        <w:pStyle w:val="ListBullet"/>
      </w:pPr>
      <w:r>
        <w:rPr>
          <w:b/>
        </w:rPr>
        <w:t xml:space="preserve">Reference Evaluation Benchmark: </w:t>
      </w:r>
      <w:r>
        <w:t>Cost is controlled by five levers: (1) collapsing cloned query fan-out across legacy screens, reports &amp; interfaces in scope into canonical core SQL views, (2) percentage of business logic already in database packages vs. UI triggers, (3) production data quality profiled during Phase 0, (4) external integration/SSO count, and (5) cutover downtime requirements.</w:t>
      </w:r>
    </w:p>
    <w:p>
      <w:pPr>
        <w:pStyle w:val="ListBullet"/>
      </w:pPr>
      <w:r>
        <w:rPr>
          <w:b/>
        </w:rPr>
        <w:t xml:space="preserve">Vendor Written Response: </w:t>
      </w:r>
      <w:r>
        <w:t>[Bidder to insert concrete technical architecture and verifiable production proof here]</w:t>
      </w:r>
    </w:p>
    <w:p>
      <w:r>
        <w:rPr>
          <w:b/>
        </w:rPr>
        <w:t>Vendor Question 2: How does your tool convert binaries (.fmb, .rdf, etc.), map database metadata, and generate documentation?   [Evaluator Score: ___ / 10]</w:t>
      </w:r>
    </w:p>
    <w:p>
      <w:pPr>
        <w:pStyle w:val="ListBullet"/>
      </w:pPr>
      <w:r>
        <w:rPr>
          <w:b/>
        </w:rPr>
        <w:t xml:space="preserve">Reference Evaluation Benchmark: </w:t>
      </w:r>
      <w:r>
        <w:t>Our automated analyzer parses legacy binaries and source files, extracts every trigger, query, and UI control, cross-references them against live database dictionary metadata (ALL_TAB_COLUMNS, ALL_DEPENDENCIES), profiles actual column data distributions, and automatically generates the Business Requirements Document (BRD), Technical Approach Doc, Test Specifications, and Verified Test Results.</w:t>
      </w:r>
    </w:p>
    <w:p>
      <w:pPr>
        <w:pStyle w:val="ListBullet"/>
      </w:pPr>
      <w:r>
        <w:rPr>
          <w:b/>
        </w:rPr>
        <w:t xml:space="preserve">Vendor Written Response: </w:t>
      </w:r>
      <w:r>
        <w:t>[Bidder to insert concrete technical architecture and verifiable production proof here]</w:t>
      </w:r>
    </w:p>
    <w:p>
      <w:r>
        <w:rPr>
          <w:b/>
        </w:rPr>
        <w:t>Vendor Question 3: What does a typical project timeline look like from kickoff to production cutover?   [Evaluator Score: ___ / 10]</w:t>
      </w:r>
    </w:p>
    <w:p>
      <w:pPr>
        <w:pStyle w:val="ListBullet"/>
      </w:pPr>
      <w:r>
        <w:rPr>
          <w:b/>
        </w:rPr>
        <w:t xml:space="preserve">Reference Evaluation Benchmark: </w:t>
      </w:r>
      <w:r>
        <w:t>Projects follow four gated phases: Phase 0 (Weeks 1-2: Binary AST Scan, Data Profiling &amp; Auto-Generated BRD), Phase 1 (Weeks 3-6: Core Schema Uplift &amp; Working Pilot), Phase 2 (Weeks 7-12: Automated Conversion Sprints &amp; Test Spec Execution), and Phase 3 (Weeks 13-16: Parallel Run, Zero-Downtime Cutover &amp; 30-Day Hypercare).</w:t>
      </w:r>
    </w:p>
    <w:p>
      <w:pPr>
        <w:pStyle w:val="ListBullet"/>
      </w:pPr>
      <w:r>
        <w:rPr>
          <w:b/>
        </w:rPr>
        <w:t xml:space="preserve">Vendor Written Response: </w:t>
      </w:r>
      <w:r>
        <w:t>[Bidder to insert concrete technical architecture and verifiable production proof here]</w:t>
      </w:r>
    </w:p>
    <w:p>
      <w:r>
        <w:rPr>
          <w:b/>
        </w:rPr>
        <w:t>Vendor Question 4: How do you prevent report and query fan-out bloat, and how do you guarantee 100% customer code ownership?   [Evaluator Score: ___ / 10]</w:t>
      </w:r>
    </w:p>
    <w:p>
      <w:pPr>
        <w:pStyle w:val="ListBullet"/>
      </w:pPr>
      <w:r>
        <w:rPr>
          <w:b/>
        </w:rPr>
        <w:t xml:space="preserve">Reference Evaluation Benchmark: </w:t>
      </w:r>
      <w:r>
        <w:t>Vendor must demonstrate AST SQL clustering (collapsing 75%-90% of cloned queries into core database views with runtime predicates) and confirm 100% customer ownership of all DDL, PL/SQL, APEX, and cloud source code with zero proprietary runtime lock-in.</w:t>
      </w:r>
    </w:p>
    <w:p>
      <w:pPr>
        <w:pStyle w:val="ListBullet"/>
      </w:pPr>
      <w:r>
        <w:rPr>
          <w:b/>
        </w:rPr>
        <w:t xml:space="preserve">Vendor Written Response: </w:t>
      </w:r>
      <w:r>
        <w:t>[Bidder to insert concrete technical architecture and verifiable production proof here]</w:t>
      </w:r>
    </w:p>
    <w:p>
      <w:r>
        <w:rPr>
          <w:b/>
        </w:rPr>
        <w:t>Vendor Question 5: Describe your automated regression testing, data parity verification, and zero-downtime cutover methodology.   [Evaluator Score: ___ / 10]</w:t>
      </w:r>
    </w:p>
    <w:p>
      <w:pPr>
        <w:pStyle w:val="ListBullet"/>
      </w:pPr>
      <w:r>
        <w:rPr>
          <w:b/>
        </w:rPr>
        <w:t xml:space="preserve">Reference Evaluation Benchmark: </w:t>
      </w:r>
      <w:r>
        <w:t>Vendor must provide automated row-count and cryptographic hash reconciliation, automated unit/UI test suites (utPLSQL, Playwright), and a rehearsed cutover runbook with sub-minute rollback capability.</w:t>
      </w:r>
    </w:p>
    <w:p>
      <w:pPr>
        <w:pStyle w:val="ListBullet"/>
      </w:pPr>
      <w:r>
        <w:rPr>
          <w:b/>
        </w:rPr>
        <w:t xml:space="preserve">Vendor Written Response: </w:t>
      </w:r>
      <w:r>
        <w:t>[Bidder to insert concrete technical architecture and verifiable production proof here]</w:t>
      </w:r>
    </w:p>
    <w:p>
      <w:pPr>
        <w:pStyle w:val="Heading2"/>
      </w:pPr>
      <w:r>
        <w:rPr>
          <w:color w:val="3D6B58"/>
        </w:rPr>
        <w:t>Section 5: Commercial Milestone Pricing &amp; Evaluation Scorecard (Editable)</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1F2922"/>
          </w:tcPr>
          <w:p>
            <w:r>
              <w:rPr>
                <w:b/>
                <w:color w:val="FFFFFF"/>
                <w:sz w:val="19"/>
              </w:rPr>
              <w:t>Milestone / Phase</w:t>
            </w:r>
          </w:p>
        </w:tc>
        <w:tc>
          <w:tcPr>
            <w:tcW w:type="dxa" w:w="2520"/>
            <w:shd w:val="clear" w:color="auto" w:fill="1F2922"/>
          </w:tcPr>
          <w:p>
            <w:r>
              <w:rPr>
                <w:b/>
                <w:color w:val="FFFFFF"/>
                <w:sz w:val="19"/>
              </w:rPr>
              <w:t>Deliverable &amp; Acceptance Gate</w:t>
            </w:r>
          </w:p>
        </w:tc>
        <w:tc>
          <w:tcPr>
            <w:tcW w:type="dxa" w:w="2520"/>
            <w:shd w:val="clear" w:color="auto" w:fill="1F2922"/>
          </w:tcPr>
          <w:p>
            <w:r>
              <w:rPr>
                <w:b/>
                <w:color w:val="FFFFFF"/>
                <w:sz w:val="19"/>
              </w:rPr>
              <w:t>Fixed Fee (USD)</w:t>
            </w:r>
          </w:p>
        </w:tc>
        <w:tc>
          <w:tcPr>
            <w:tcW w:type="dxa" w:w="2520"/>
            <w:shd w:val="clear" w:color="auto" w:fill="1F2922"/>
          </w:tcPr>
          <w:p>
            <w:r>
              <w:rPr>
                <w:b/>
                <w:color w:val="FFFFFF"/>
                <w:sz w:val="19"/>
              </w:rPr>
              <w:t>Estimated Weeks</w:t>
            </w:r>
          </w:p>
        </w:tc>
      </w:tr>
      <w:tr>
        <w:tc>
          <w:tcPr>
            <w:tcW w:type="dxa" w:w="2520"/>
          </w:tcPr>
          <w:p>
            <w:r>
              <w:rPr>
                <w:b/>
              </w:rPr>
              <w:t>Phase 0: Discovery &amp; AST X-Ray</w:t>
            </w:r>
          </w:p>
        </w:tc>
        <w:tc>
          <w:tcPr>
            <w:tcW w:type="dxa" w:w="2520"/>
          </w:tcPr>
          <w:p>
            <w:r>
              <w:t>Verified inventory, dead-code manifest, core SQL fan-out map &amp; blueprint</w:t>
            </w:r>
          </w:p>
        </w:tc>
        <w:tc>
          <w:tcPr>
            <w:tcW w:type="dxa" w:w="2520"/>
          </w:tcPr>
          <w:p>
            <w:r>
              <w:t>$ [Insert]</w:t>
            </w:r>
          </w:p>
        </w:tc>
        <w:tc>
          <w:tcPr>
            <w:tcW w:type="dxa" w:w="2520"/>
          </w:tcPr>
          <w:p>
            <w:r>
              <w:t>[2 - 3 Weeks]</w:t>
            </w:r>
          </w:p>
        </w:tc>
      </w:tr>
      <w:tr>
        <w:tc>
          <w:tcPr>
            <w:tcW w:type="dxa" w:w="2520"/>
          </w:tcPr>
          <w:p>
            <w:r>
              <w:rPr>
                <w:b/>
              </w:rPr>
              <w:t>Phase 1: Core Schema &amp; Logic Uplift</w:t>
            </w:r>
          </w:p>
        </w:tc>
        <w:tc>
          <w:tcPr>
            <w:tcW w:type="dxa" w:w="2520"/>
          </w:tcPr>
          <w:p>
            <w:r>
              <w:t>Provisioned target stack, schema migration &amp; automated logic conversion</w:t>
            </w:r>
          </w:p>
        </w:tc>
        <w:tc>
          <w:tcPr>
            <w:tcW w:type="dxa" w:w="2520"/>
          </w:tcPr>
          <w:p>
            <w:r>
              <w:t>$ [Insert]</w:t>
            </w:r>
          </w:p>
        </w:tc>
        <w:tc>
          <w:tcPr>
            <w:tcW w:type="dxa" w:w="2520"/>
          </w:tcPr>
          <w:p>
            <w:r>
              <w:t>[4 - 8 Weeks]</w:t>
            </w:r>
          </w:p>
        </w:tc>
      </w:tr>
      <w:tr>
        <w:tc>
          <w:tcPr>
            <w:tcW w:type="dxa" w:w="2520"/>
          </w:tcPr>
          <w:p>
            <w:r>
              <w:rPr>
                <w:b/>
              </w:rPr>
              <w:t>Phase 2: UI, Reports &amp; UAT</w:t>
            </w:r>
          </w:p>
        </w:tc>
        <w:tc>
          <w:tcPr>
            <w:tcW w:type="dxa" w:w="2520"/>
          </w:tcPr>
          <w:p>
            <w:r>
              <w:t>Modernized portals/screens, runtime reports, AOP templates &amp; UAT sign-off</w:t>
            </w:r>
          </w:p>
        </w:tc>
        <w:tc>
          <w:tcPr>
            <w:tcW w:type="dxa" w:w="2520"/>
          </w:tcPr>
          <w:p>
            <w:r>
              <w:t>$ [Insert]</w:t>
            </w:r>
          </w:p>
        </w:tc>
        <w:tc>
          <w:tcPr>
            <w:tcW w:type="dxa" w:w="2520"/>
          </w:tcPr>
          <w:p>
            <w:r>
              <w:t>[3 - 6 Weeks]</w:t>
            </w:r>
          </w:p>
        </w:tc>
      </w:tr>
      <w:tr>
        <w:tc>
          <w:tcPr>
            <w:tcW w:type="dxa" w:w="2520"/>
          </w:tcPr>
          <w:p>
            <w:r>
              <w:rPr>
                <w:b/>
              </w:rPr>
              <w:t>Phase 3: Cutover &amp; Hypercare</w:t>
            </w:r>
          </w:p>
        </w:tc>
        <w:tc>
          <w:tcPr>
            <w:tcW w:type="dxa" w:w="2520"/>
          </w:tcPr>
          <w:p>
            <w:r>
              <w:t>Rehearsed cutover, reconciliation sign-off &amp; 30-day production hypercare</w:t>
            </w:r>
          </w:p>
        </w:tc>
        <w:tc>
          <w:tcPr>
            <w:tcW w:type="dxa" w:w="2520"/>
          </w:tcPr>
          <w:p>
            <w:r>
              <w:t>$ [Insert]</w:t>
            </w:r>
          </w:p>
        </w:tc>
        <w:tc>
          <w:tcPr>
            <w:tcW w:type="dxa" w:w="2520"/>
          </w:tcPr>
          <w:p>
            <w:r>
              <w:t>[2 - 3 Weeks]</w:t>
            </w:r>
          </w:p>
        </w:tc>
      </w:tr>
      <w:tr>
        <w:tc>
          <w:tcPr>
            <w:tcW w:type="dxa" w:w="2520"/>
          </w:tcPr>
          <w:p>
            <w:r>
              <w:rPr>
                <w:b/>
              </w:rPr>
              <w:t>Optional: Annual Managed Support</w:t>
            </w:r>
          </w:p>
        </w:tc>
        <w:tc>
          <w:tcPr>
            <w:tcW w:type="dxa" w:w="2520"/>
          </w:tcPr>
          <w:p>
            <w:r>
              <w:t>24x7 monitoring, patching, DBA tuning &amp; quarterly enhancements</w:t>
            </w:r>
          </w:p>
        </w:tc>
        <w:tc>
          <w:tcPr>
            <w:tcW w:type="dxa" w:w="2520"/>
          </w:tcPr>
          <w:p>
            <w:r>
              <w:t>$ [Insert/yr]</w:t>
            </w:r>
          </w:p>
        </w:tc>
        <w:tc>
          <w:tcPr>
            <w:tcW w:type="dxa" w:w="2520"/>
          </w:tcPr>
          <w:p>
            <w:r>
              <w:t>[12 Months]</w:t>
            </w:r>
          </w:p>
        </w:tc>
      </w:tr>
    </w:tbl>
    <w:sectPr w:rsidR="00FC693F" w:rsidRPr="0006063C" w:rsidSect="00034616">
      <w:headerReference w:type="default" r:id="rId9"/>
      <w:footerReference w:type="default" r:id="rId10"/>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This site is designed by Viscosity.AI  |  Editable Microsoft Word (.docx) RFP Template (VNA-RFP-041)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MODIFIABLE RFP TEMPLATE &amp; VENDOR Q&amp;A  |  VNA-RFP-041  |  https://sled-cooperative-procurement-oracle.pages.dev/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rPr>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